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C372" w14:textId="77777777" w:rsidR="00CC03EE" w:rsidRDefault="00000000">
      <w:pPr>
        <w:pStyle w:val="Kicker"/>
      </w:pPr>
      <w:r>
        <w:t>ZPRÁVA O ČINNOSTI NADAČNÍHO FONDU</w:t>
      </w:r>
    </w:p>
    <w:p w14:paraId="2701A30A" w14:textId="77777777" w:rsidR="00CC03EE" w:rsidRDefault="00CC03EE"/>
    <w:p w14:paraId="04D87A12" w14:textId="77777777" w:rsidR="00CC03EE" w:rsidRDefault="00CC03EE"/>
    <w:p w14:paraId="7FCFCA4B" w14:textId="77777777" w:rsidR="00CC03EE" w:rsidRDefault="00CC03EE"/>
    <w:p w14:paraId="6190A391" w14:textId="77777777" w:rsidR="00CC03EE" w:rsidRDefault="00000000">
      <w:pPr>
        <w:pStyle w:val="Nzev"/>
        <w:spacing w:after="0"/>
      </w:pPr>
      <w:r>
        <w:t>VÝROČNÍ ZPRÁVA</w:t>
      </w:r>
    </w:p>
    <w:p w14:paraId="04DFE97D" w14:textId="0CB61B6F" w:rsidR="00CC03EE" w:rsidRDefault="001B605C">
      <w:pPr>
        <w:spacing w:after="380"/>
      </w:pPr>
      <w:r>
        <w:rPr>
          <w:b/>
          <w:color w:val="E97624"/>
          <w:sz w:val="102"/>
        </w:rPr>
        <w:t>2023</w:t>
      </w:r>
    </w:p>
    <w:p w14:paraId="1D0D24E6" w14:textId="77777777" w:rsidR="00CC03EE" w:rsidRDefault="00000000">
      <w:pPr>
        <w:spacing w:after="120"/>
      </w:pPr>
      <w:r>
        <w:rPr>
          <w:b/>
          <w:sz w:val="31"/>
        </w:rPr>
        <w:t>Klánovické fórum, nadační fond</w:t>
      </w:r>
    </w:p>
    <w:p w14:paraId="1C4D3FC8" w14:textId="77777777" w:rsidR="00CC03EE" w:rsidRDefault="00000000">
      <w:r>
        <w:rPr>
          <w:i/>
          <w:color w:val="5E6A64"/>
          <w:sz w:val="22"/>
        </w:rPr>
        <w:t>Klánovice – nejlepší místo pro život</w:t>
      </w:r>
    </w:p>
    <w:p w14:paraId="5A94A649" w14:textId="77777777" w:rsidR="00CC03EE" w:rsidRDefault="00CC03EE"/>
    <w:p w14:paraId="13BC1511" w14:textId="77777777" w:rsidR="00CC03EE" w:rsidRDefault="00CC03EE"/>
    <w:p w14:paraId="3180D8C9" w14:textId="77777777" w:rsidR="00CC03EE" w:rsidRDefault="00CC03EE"/>
    <w:p w14:paraId="370965EB" w14:textId="77777777" w:rsidR="00CC03EE" w:rsidRDefault="00CC03EE"/>
    <w:p w14:paraId="7E97CC79" w14:textId="77777777" w:rsidR="00CC03EE" w:rsidRDefault="00CC03EE"/>
    <w:p w14:paraId="208C3193" w14:textId="77777777" w:rsidR="00CC03EE" w:rsidRDefault="00CC03EE"/>
    <w:p w14:paraId="3D56925E" w14:textId="5F89F318" w:rsidR="00CC03EE" w:rsidRDefault="00000000">
      <w:pPr>
        <w:pStyle w:val="SmallPrint"/>
      </w:pPr>
      <w:r>
        <w:rPr>
          <w:b/>
        </w:rPr>
        <w:t xml:space="preserve">ÚČETNÍ OBDOBÍ  |  1. 1. – 31. 12. </w:t>
      </w:r>
      <w:r w:rsidR="001B605C">
        <w:rPr>
          <w:b/>
        </w:rPr>
        <w:t>2023</w:t>
      </w:r>
    </w:p>
    <w:p w14:paraId="3D3A024E" w14:textId="77777777" w:rsidR="00CC03EE" w:rsidRDefault="00000000">
      <w:r>
        <w:br w:type="page"/>
      </w:r>
    </w:p>
    <w:p w14:paraId="75774239" w14:textId="77777777" w:rsidR="00CC03EE" w:rsidRDefault="00000000">
      <w:pPr>
        <w:pStyle w:val="Nadpis1"/>
      </w:pPr>
      <w:r>
        <w:lastRenderedPageBreak/>
        <w:t>Představení nadačního fondu</w:t>
      </w:r>
    </w:p>
    <w:p w14:paraId="7B348761" w14:textId="77777777" w:rsidR="00CC03EE" w:rsidRDefault="00000000">
      <w:r>
        <w:t>Klánovické fórum, nadační fond, je neziskovou právnickou osobou založenou v roce 2005 z iniciativy Ing. Petra Kubíčka a městské části Praha-Klánovice. Jeho posláním je přispívat k rozvoji kulturního, společenského a komunitního života, podporovat občanské aktivity a pomáhat vytvářet kvalitní prostředí pro život.</w:t>
      </w:r>
    </w:p>
    <w:p w14:paraId="293A8C0D" w14:textId="77777777" w:rsidR="00CC03EE" w:rsidRDefault="00000000">
      <w:r>
        <w:t>Nadační fond působí zejména v Klánovicích a jejich okolí. Své poslání naplňuje vlastními projekty, spoluprací s dalšími organizacemi i podporou veřejně prospěšných iniciativ.</w:t>
      </w:r>
    </w:p>
    <w:p w14:paraId="461B9348" w14:textId="77777777" w:rsidR="00CC03EE" w:rsidRDefault="00000000">
      <w:pPr>
        <w:pStyle w:val="Nadpis1"/>
      </w:pPr>
      <w:r>
        <w:t>Poslání a dlouhodobé zaměření</w:t>
      </w:r>
    </w:p>
    <w:p w14:paraId="2AEE12B7" w14:textId="77777777" w:rsidR="00CC03EE" w:rsidRDefault="00000000">
      <w:r>
        <w:t>Základním účelem Klánovického fóra je podpora kulturních, společenských, vzdělávacích a sportovních činností a dalších veřejně prospěšných aktivit. Důraz klade na místní tradice, občanskou spolupráci, rozvoj veřejného prostoru a podporu projektů, které přispívají ke svébytnému charakteru Klánovic.</w:t>
      </w:r>
    </w:p>
    <w:p w14:paraId="0A50BCFE" w14:textId="77777777" w:rsidR="00CC03EE" w:rsidRDefault="00000000">
      <w:pPr>
        <w:pStyle w:val="Nadpis1"/>
      </w:pPr>
      <w:r>
        <w:t>Historie a projekty</w:t>
      </w:r>
    </w:p>
    <w:p w14:paraId="566F0CD3" w14:textId="77777777" w:rsidR="00CC03EE" w:rsidRDefault="00000000">
      <w:r>
        <w:t>Klánovické fórum stálo při obnově kulturního centra Beseda a dlouhodobě se věnovalo kulturním a komunitním aktivitám. K projektům spojeným s jeho historií patří také Sochání pro Hedviku – umělecká iniciativa připomínající ilustrátorku a občansky aktivní obyvatelku Klánovic Hedviku Vilgusovou, spojená se sochařskou tvorbou a kultivací veřejného prostoru.</w:t>
      </w:r>
    </w:p>
    <w:p w14:paraId="7D4BEF76" w14:textId="77777777" w:rsidR="00CC03EE" w:rsidRDefault="00000000">
      <w:r>
        <w:t>Konkrétní rozsah činnosti nadačního fondu v jednotlivých letech se odvíjí od dostupných finančních prostředků, možností spolupráce a potřeb podporovaných komunit. Společným jmenovatelem jeho činnosti zůstává veřejně prospěšný účel a dlouhodobá podpora místního života.</w:t>
      </w:r>
    </w:p>
    <w:p w14:paraId="652E88E3" w14:textId="77777777" w:rsidR="00CC03EE" w:rsidRDefault="00000000">
      <w:pPr>
        <w:pStyle w:val="Nadpis1"/>
      </w:pPr>
      <w:r>
        <w:t>Základní údaje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34"/>
        <w:gridCol w:w="4734"/>
      </w:tblGrid>
      <w:tr w:rsidR="00CC03EE" w14:paraId="3B372C2F" w14:textId="77777777">
        <w:tc>
          <w:tcPr>
            <w:tcW w:w="4734" w:type="dxa"/>
            <w:shd w:val="clear" w:color="auto" w:fill="F1F7F3"/>
            <w:vAlign w:val="center"/>
          </w:tcPr>
          <w:p w14:paraId="45465298" w14:textId="77777777" w:rsidR="00CC03EE" w:rsidRDefault="00000000">
            <w:r>
              <w:rPr>
                <w:b/>
                <w:color w:val="10914B"/>
              </w:rPr>
              <w:t>Název</w:t>
            </w:r>
          </w:p>
        </w:tc>
        <w:tc>
          <w:tcPr>
            <w:tcW w:w="4734" w:type="dxa"/>
            <w:shd w:val="clear" w:color="auto" w:fill="F1F7F3"/>
            <w:vAlign w:val="center"/>
          </w:tcPr>
          <w:p w14:paraId="35DB5ACD" w14:textId="77777777" w:rsidR="00CC03EE" w:rsidRDefault="00000000">
            <w:r>
              <w:t>Klánovické fórum, nadační fond</w:t>
            </w:r>
          </w:p>
        </w:tc>
      </w:tr>
      <w:tr w:rsidR="00CC03EE" w14:paraId="13932FE0" w14:textId="77777777">
        <w:tc>
          <w:tcPr>
            <w:tcW w:w="4734" w:type="dxa"/>
            <w:vAlign w:val="center"/>
          </w:tcPr>
          <w:p w14:paraId="4EA6EC60" w14:textId="77777777" w:rsidR="00CC03EE" w:rsidRDefault="00000000">
            <w:r>
              <w:rPr>
                <w:b/>
                <w:color w:val="10914B"/>
              </w:rPr>
              <w:t>IČO</w:t>
            </w:r>
          </w:p>
        </w:tc>
        <w:tc>
          <w:tcPr>
            <w:tcW w:w="4734" w:type="dxa"/>
            <w:vAlign w:val="center"/>
          </w:tcPr>
          <w:p w14:paraId="74C70EE4" w14:textId="77777777" w:rsidR="00CC03EE" w:rsidRDefault="00000000">
            <w:r>
              <w:t>273 98 587</w:t>
            </w:r>
          </w:p>
        </w:tc>
      </w:tr>
      <w:tr w:rsidR="00CC03EE" w14:paraId="25BCD61B" w14:textId="77777777">
        <w:tc>
          <w:tcPr>
            <w:tcW w:w="4734" w:type="dxa"/>
            <w:shd w:val="clear" w:color="auto" w:fill="F1F7F3"/>
            <w:vAlign w:val="center"/>
          </w:tcPr>
          <w:p w14:paraId="10A05F59" w14:textId="77777777" w:rsidR="00CC03EE" w:rsidRDefault="00000000">
            <w:r>
              <w:rPr>
                <w:b/>
                <w:color w:val="10914B"/>
              </w:rPr>
              <w:t>Sídlo</w:t>
            </w:r>
          </w:p>
        </w:tc>
        <w:tc>
          <w:tcPr>
            <w:tcW w:w="4734" w:type="dxa"/>
            <w:shd w:val="clear" w:color="auto" w:fill="F1F7F3"/>
            <w:vAlign w:val="center"/>
          </w:tcPr>
          <w:p w14:paraId="73768AEF" w14:textId="77777777" w:rsidR="00CC03EE" w:rsidRDefault="00000000">
            <w:r>
              <w:t>Praha-Klánovice (evidovaná adresa: Boušova 892)</w:t>
            </w:r>
          </w:p>
        </w:tc>
      </w:tr>
      <w:tr w:rsidR="00CC03EE" w14:paraId="48B5EE5C" w14:textId="77777777">
        <w:tc>
          <w:tcPr>
            <w:tcW w:w="4734" w:type="dxa"/>
            <w:vAlign w:val="center"/>
          </w:tcPr>
          <w:p w14:paraId="586E9735" w14:textId="77777777" w:rsidR="00CC03EE" w:rsidRDefault="00000000">
            <w:r>
              <w:rPr>
                <w:b/>
                <w:color w:val="10914B"/>
              </w:rPr>
              <w:t>Zakladatelé</w:t>
            </w:r>
          </w:p>
        </w:tc>
        <w:tc>
          <w:tcPr>
            <w:tcW w:w="4734" w:type="dxa"/>
            <w:vAlign w:val="center"/>
          </w:tcPr>
          <w:p w14:paraId="25ABBE72" w14:textId="77777777" w:rsidR="00CC03EE" w:rsidRDefault="00000000">
            <w:r>
              <w:t>Ing. Petr Kubíček a městská část Praha-Klánovice</w:t>
            </w:r>
          </w:p>
        </w:tc>
      </w:tr>
    </w:tbl>
    <w:p w14:paraId="06861C30" w14:textId="77777777" w:rsidR="00CC03EE" w:rsidRDefault="00000000">
      <w:r>
        <w:br w:type="page"/>
      </w:r>
    </w:p>
    <w:p w14:paraId="61F40BF7" w14:textId="77777777" w:rsidR="00CC03EE" w:rsidRDefault="00000000">
      <w:pPr>
        <w:pStyle w:val="Nadpis1"/>
      </w:pPr>
      <w:r>
        <w:lastRenderedPageBreak/>
        <w:t>Správa a kontrola nadačního fondu</w:t>
      </w:r>
    </w:p>
    <w:p w14:paraId="6A7BFB37" w14:textId="77777777" w:rsidR="00CC03EE" w:rsidRDefault="00000000">
      <w:r>
        <w:t>Statutárním orgánem nadačního fondu je správní rada. Kontrolní činnost vykonává revizor. Orgány fondu odpovídají za jeho řízení a kontrolu hospodaření v rozsahu stanoveném právními předpisy a zakladatelskými dokumenty. Údaje o jejich aktuálním obsazení jsou vedeny ve veřejném rejstříku.</w:t>
      </w:r>
    </w:p>
    <w:p w14:paraId="316149D1" w14:textId="77777777" w:rsidR="00CC03EE" w:rsidRDefault="00000000">
      <w:pPr>
        <w:pStyle w:val="Nadpis1"/>
      </w:pPr>
      <w:r>
        <w:t>Hospodaření a účetní závěrka</w:t>
      </w:r>
    </w:p>
    <w:p w14:paraId="7C59B2C9" w14:textId="0BFD5AC2" w:rsidR="00CC03EE" w:rsidRDefault="00000000">
      <w:r>
        <w:t xml:space="preserve">Údaje o hospodaření nadačního fondu za rok </w:t>
      </w:r>
      <w:r w:rsidR="001B605C">
        <w:t>2023</w:t>
      </w:r>
      <w:r>
        <w:t xml:space="preserve"> jsou obsaženy v účetní závěrce, jejíž součástí je rozvaha a výkaz zisku a ztráty. Výkazy poskytují přehled o majetku, závazcích, nákladech, výnosech a výsledku hospodaření příslušného účetního období.</w:t>
      </w:r>
    </w:p>
    <w:p w14:paraId="182CBD63" w14:textId="77777777" w:rsidR="00CC03EE" w:rsidRDefault="00000000">
      <w:r>
        <w:t>Finanční prostředky nadačního fondu jsou určeny k naplňování jeho poslání a k zajištění nezbytného provozu. Fond přijímá dary a další příspěvky a nakládá s nimi podle příslušných právních předpisů, podmínek dárců a svého účelu.</w:t>
      </w:r>
    </w:p>
    <w:p w14:paraId="076A35E4" w14:textId="77777777" w:rsidR="00CC03EE" w:rsidRDefault="00000000">
      <w:pPr>
        <w:pStyle w:val="Nadpis1"/>
      </w:pPr>
      <w:r>
        <w:t>Přílohy výroční zprávy</w:t>
      </w:r>
    </w:p>
    <w:p w14:paraId="10A224C7" w14:textId="77777777" w:rsidR="00CC03EE" w:rsidRDefault="00000000">
      <w:pPr>
        <w:ind w:left="170"/>
      </w:pPr>
      <w:r>
        <w:t>1. Výkaz zisku a ztráty za příslušný účetní rok</w:t>
      </w:r>
    </w:p>
    <w:p w14:paraId="37699B91" w14:textId="77777777" w:rsidR="00CC03EE" w:rsidRDefault="00000000">
      <w:pPr>
        <w:ind w:left="170"/>
      </w:pPr>
      <w:r>
        <w:t>2. Rozvaha k poslednímu dni příslušného účetního roku</w:t>
      </w:r>
    </w:p>
    <w:p w14:paraId="6981E922" w14:textId="64B607AD" w:rsidR="00CC03EE" w:rsidRDefault="00000000">
      <w:pPr>
        <w:pStyle w:val="SmallPrint"/>
      </w:pPr>
      <w:r>
        <w:t xml:space="preserve">Účetní výkazy za rok </w:t>
      </w:r>
      <w:r w:rsidR="001B605C">
        <w:t>2023</w:t>
      </w:r>
      <w:r>
        <w:t xml:space="preserve"> jsou převzaty z příloh přiznání k dani z příjmů právnických osob za účetní období končící 31. 12. </w:t>
      </w:r>
      <w:r w:rsidR="001B605C">
        <w:t>2023</w:t>
      </w:r>
      <w:r>
        <w:t>.</w:t>
      </w:r>
    </w:p>
    <w:p w14:paraId="37D9A6ED" w14:textId="6E325F7F" w:rsidR="00CC03EE" w:rsidRDefault="00000000">
      <w:pPr>
        <w:pStyle w:val="SmallPrint"/>
      </w:pPr>
      <w:r>
        <w:t xml:space="preserve">Samostatná zpráva revizora za rok </w:t>
      </w:r>
      <w:r w:rsidR="001B605C">
        <w:t>2023</w:t>
      </w:r>
      <w:r>
        <w:t xml:space="preserve"> nebyla předložena a není součástí tohoto dokumentu.</w:t>
      </w:r>
    </w:p>
    <w:p w14:paraId="0C9D4C64" w14:textId="77777777" w:rsidR="00CC03EE" w:rsidRDefault="00000000">
      <w:r>
        <w:br w:type="page"/>
      </w:r>
    </w:p>
    <w:p w14:paraId="7505CBB8" w14:textId="33C0E224" w:rsidR="00CC03EE" w:rsidRDefault="00000000" w:rsidP="001B605C">
      <w:pPr>
        <w:pStyle w:val="Nadpis1"/>
      </w:pPr>
      <w:r>
        <w:lastRenderedPageBreak/>
        <w:t xml:space="preserve">Příloha 1  |  Výkaz zisku a ztráty k 31. 12. </w:t>
      </w:r>
      <w:r w:rsidR="001B605C">
        <w:t>2023</w:t>
      </w:r>
      <w:r w:rsidR="001B605C" w:rsidRPr="001B605C">
        <w:rPr>
          <w:noProof/>
        </w:rPr>
        <w:drawing>
          <wp:inline distT="0" distB="0" distL="0" distR="0" wp14:anchorId="594A09DE" wp14:editId="4E4539D4">
            <wp:extent cx="6012180" cy="2831465"/>
            <wp:effectExtent l="0" t="0" r="7620" b="6985"/>
            <wp:docPr id="202640197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283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8415BC" w14:textId="77777777" w:rsidR="001B605C" w:rsidRDefault="001B605C">
      <w:pPr>
        <w:spacing w:after="200" w:line="276" w:lineRule="auto"/>
        <w:rPr>
          <w:rFonts w:asciiTheme="majorHAnsi" w:eastAsiaTheme="majorEastAsia" w:hAnsiTheme="majorHAnsi" w:cstheme="majorBidi"/>
          <w:b/>
          <w:bCs/>
          <w:color w:val="10914B"/>
          <w:sz w:val="34"/>
          <w:szCs w:val="28"/>
        </w:rPr>
      </w:pPr>
      <w:r>
        <w:br w:type="page"/>
      </w:r>
    </w:p>
    <w:p w14:paraId="7A653C77" w14:textId="09B04CEF" w:rsidR="00CC03EE" w:rsidRDefault="00000000">
      <w:pPr>
        <w:pStyle w:val="Nadpis1"/>
      </w:pPr>
      <w:r>
        <w:lastRenderedPageBreak/>
        <w:t xml:space="preserve">Příloha 2  |  Rozvaha k 31. 12. </w:t>
      </w:r>
      <w:r w:rsidR="001B605C">
        <w:t>2023</w:t>
      </w:r>
    </w:p>
    <w:p w14:paraId="18CD8D5B" w14:textId="32650549" w:rsidR="00CC03EE" w:rsidRDefault="001B605C">
      <w:pPr>
        <w:spacing w:before="60" w:after="0"/>
        <w:jc w:val="center"/>
      </w:pPr>
      <w:r w:rsidRPr="001B605C">
        <w:rPr>
          <w:noProof/>
        </w:rPr>
        <w:drawing>
          <wp:inline distT="0" distB="0" distL="0" distR="0" wp14:anchorId="4112A3A2" wp14:editId="24235016">
            <wp:extent cx="6012180" cy="4567555"/>
            <wp:effectExtent l="0" t="0" r="7620" b="4445"/>
            <wp:docPr id="12435393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456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03EE" w:rsidSect="00034616">
      <w:headerReference w:type="default" r:id="rId10"/>
      <w:footerReference w:type="default" r:id="rId11"/>
      <w:pgSz w:w="11906" w:h="16838"/>
      <w:pgMar w:top="1502" w:right="1219" w:bottom="992" w:left="1219" w:header="351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F69A6" w14:textId="77777777" w:rsidR="006322EC" w:rsidRDefault="006322EC">
      <w:pPr>
        <w:spacing w:after="0" w:line="240" w:lineRule="auto"/>
      </w:pPr>
      <w:r>
        <w:separator/>
      </w:r>
    </w:p>
  </w:endnote>
  <w:endnote w:type="continuationSeparator" w:id="0">
    <w:p w14:paraId="442DD85B" w14:textId="77777777" w:rsidR="006322EC" w:rsidRDefault="00632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0430F" w14:textId="77777777" w:rsidR="00CC03EE" w:rsidRDefault="00CC03EE">
    <w:pPr>
      <w:pStyle w:val="Zpat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CC03EE" w14:paraId="3B4343A8" w14:textId="77777777">
      <w:tc>
        <w:tcPr>
          <w:tcW w:w="4734" w:type="dxa"/>
        </w:tcPr>
        <w:p w14:paraId="66F99347" w14:textId="77777777" w:rsidR="00CC03EE" w:rsidRDefault="00000000">
          <w:r>
            <w:rPr>
              <w:color w:val="10914B"/>
              <w:sz w:val="15"/>
            </w:rPr>
            <w:t>KLÁNOVICE – NEJLEPŠÍ MÍSTO PRO ŽIVOT</w:t>
          </w:r>
        </w:p>
      </w:tc>
      <w:tc>
        <w:tcPr>
          <w:tcW w:w="4734" w:type="dxa"/>
        </w:tcPr>
        <w:p w14:paraId="0F93FC50" w14:textId="77777777" w:rsidR="00CC03EE" w:rsidRDefault="00000000">
          <w:pPr>
            <w:jc w:val="right"/>
          </w:pPr>
          <w:r>
            <w:rPr>
              <w:color w:val="5E6A64"/>
              <w:sz w:val="15"/>
            </w:rPr>
            <w:t xml:space="preserve">STRANA 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91173C">
            <w:rPr>
              <w:noProof/>
            </w:rPr>
            <w:t>1</w:t>
          </w:r>
          <w: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BA034" w14:textId="77777777" w:rsidR="006322EC" w:rsidRDefault="006322EC">
      <w:pPr>
        <w:spacing w:after="0" w:line="240" w:lineRule="auto"/>
      </w:pPr>
      <w:r>
        <w:separator/>
      </w:r>
    </w:p>
  </w:footnote>
  <w:footnote w:type="continuationSeparator" w:id="0">
    <w:p w14:paraId="192D226D" w14:textId="77777777" w:rsidR="006322EC" w:rsidRDefault="006322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8065F" w14:textId="77777777" w:rsidR="00CC03EE" w:rsidRDefault="00CC03EE">
    <w:pPr>
      <w:pStyle w:val="Zhlav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CC03EE" w14:paraId="4DCFBFAC" w14:textId="77777777">
      <w:tc>
        <w:tcPr>
          <w:tcW w:w="4734" w:type="dxa"/>
          <w:vAlign w:val="center"/>
        </w:tcPr>
        <w:p w14:paraId="33A93C09" w14:textId="77777777" w:rsidR="00CC03EE" w:rsidRDefault="00000000">
          <w:r>
            <w:rPr>
              <w:noProof/>
            </w:rPr>
            <w:drawing>
              <wp:inline distT="0" distB="0" distL="0" distR="0" wp14:anchorId="1CD8FD90" wp14:editId="4B842D6B">
                <wp:extent cx="1620000" cy="568019"/>
                <wp:effectExtent l="0" t="0" r="0" b="0"/>
                <wp:docPr id="34493734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klanovicke_forum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0000" cy="5680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34" w:type="dxa"/>
          <w:vAlign w:val="center"/>
        </w:tcPr>
        <w:p w14:paraId="7E70F0B8" w14:textId="77777777" w:rsidR="00CC03EE" w:rsidRDefault="00000000">
          <w:pPr>
            <w:jc w:val="right"/>
          </w:pPr>
          <w:r>
            <w:rPr>
              <w:b/>
              <w:color w:val="10914B"/>
              <w:sz w:val="18"/>
            </w:rPr>
            <w:t>KLÁNOVICKÉ FÓRUM</w:t>
          </w:r>
          <w:r>
            <w:rPr>
              <w:color w:val="5E6A64"/>
              <w:sz w:val="16"/>
            </w:rPr>
            <w:br/>
            <w:t>nadační fond  ·  IČO 273 98 587</w:t>
          </w:r>
        </w:p>
      </w:tc>
    </w:tr>
    <w:tr w:rsidR="00CC03EE" w14:paraId="46A4257E" w14:textId="77777777">
      <w:tc>
        <w:tcPr>
          <w:tcW w:w="4734" w:type="dxa"/>
          <w:shd w:val="clear" w:color="auto" w:fill="10914B"/>
        </w:tcPr>
        <w:p w14:paraId="35F91B00" w14:textId="77777777" w:rsidR="00CC03EE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  <w:tc>
        <w:tcPr>
          <w:tcW w:w="4734" w:type="dxa"/>
          <w:shd w:val="clear" w:color="auto" w:fill="E97624"/>
        </w:tcPr>
        <w:p w14:paraId="308DAFF5" w14:textId="77777777" w:rsidR="00CC03EE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75333800">
    <w:abstractNumId w:val="8"/>
  </w:num>
  <w:num w:numId="2" w16cid:durableId="1735346659">
    <w:abstractNumId w:val="6"/>
  </w:num>
  <w:num w:numId="3" w16cid:durableId="1968124282">
    <w:abstractNumId w:val="5"/>
  </w:num>
  <w:num w:numId="4" w16cid:durableId="405878756">
    <w:abstractNumId w:val="4"/>
  </w:num>
  <w:num w:numId="5" w16cid:durableId="1983927396">
    <w:abstractNumId w:val="7"/>
  </w:num>
  <w:num w:numId="6" w16cid:durableId="1014108983">
    <w:abstractNumId w:val="3"/>
  </w:num>
  <w:num w:numId="7" w16cid:durableId="2019187648">
    <w:abstractNumId w:val="2"/>
  </w:num>
  <w:num w:numId="8" w16cid:durableId="270937253">
    <w:abstractNumId w:val="1"/>
  </w:num>
  <w:num w:numId="9" w16cid:durableId="32775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3A06"/>
    <w:rsid w:val="00034616"/>
    <w:rsid w:val="0006063C"/>
    <w:rsid w:val="0015074B"/>
    <w:rsid w:val="00165A77"/>
    <w:rsid w:val="00166982"/>
    <w:rsid w:val="001A0FEF"/>
    <w:rsid w:val="001B605C"/>
    <w:rsid w:val="0029639D"/>
    <w:rsid w:val="002F5636"/>
    <w:rsid w:val="00326F90"/>
    <w:rsid w:val="003907AA"/>
    <w:rsid w:val="0050202A"/>
    <w:rsid w:val="00513315"/>
    <w:rsid w:val="006322EC"/>
    <w:rsid w:val="00781F6A"/>
    <w:rsid w:val="007B7A15"/>
    <w:rsid w:val="0091173C"/>
    <w:rsid w:val="00997247"/>
    <w:rsid w:val="009A4BBC"/>
    <w:rsid w:val="00AA1D8D"/>
    <w:rsid w:val="00B47730"/>
    <w:rsid w:val="00C54178"/>
    <w:rsid w:val="00C94039"/>
    <w:rsid w:val="00CB0664"/>
    <w:rsid w:val="00CC03EE"/>
    <w:rsid w:val="00D80BBE"/>
    <w:rsid w:val="00EB447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F96066"/>
  <w14:defaultImageDpi w14:val="300"/>
  <w15:docId w15:val="{2EF14368-5AB2-485B-96BC-B90D0495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pPr>
      <w:spacing w:after="140" w:line="278" w:lineRule="auto"/>
    </w:pPr>
    <w:rPr>
      <w:rFonts w:ascii="Aptos" w:hAnsi="Aptos"/>
      <w:color w:val="243131"/>
      <w:sz w:val="21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after="220"/>
      <w:outlineLvl w:val="0"/>
    </w:pPr>
    <w:rPr>
      <w:rFonts w:asciiTheme="majorHAnsi" w:eastAsiaTheme="majorEastAsia" w:hAnsiTheme="majorHAnsi" w:cstheme="majorBidi"/>
      <w:b/>
      <w:bCs/>
      <w:color w:val="10914B"/>
      <w:sz w:val="3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300" w:after="120"/>
      <w:outlineLvl w:val="1"/>
    </w:pPr>
    <w:rPr>
      <w:rFonts w:asciiTheme="majorHAnsi" w:eastAsiaTheme="majorEastAsia" w:hAnsiTheme="majorHAnsi" w:cstheme="majorBidi"/>
      <w:b/>
      <w:bCs/>
      <w:color w:val="10914B"/>
      <w:sz w:val="25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5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Kicker">
    <w:name w:val="Kicker"/>
    <w:pPr>
      <w:keepNext/>
      <w:spacing w:after="120"/>
    </w:pPr>
    <w:rPr>
      <w:rFonts w:ascii="Aptos" w:hAnsi="Aptos"/>
      <w:b/>
      <w:color w:val="E97624"/>
      <w:sz w:val="18"/>
    </w:rPr>
  </w:style>
  <w:style w:type="paragraph" w:customStyle="1" w:styleId="SmallPrint">
    <w:name w:val="SmallPrint"/>
    <w:pPr>
      <w:spacing w:after="100"/>
    </w:pPr>
    <w:rPr>
      <w:rFonts w:ascii="Aptos" w:hAnsi="Aptos"/>
      <w:color w:val="5E6A64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452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2018 – Klánovické fórum, nadační fond</dc:title>
  <dc:subject>Výroční zpráva s rozvahou a výkazem zisku a ztráty k 31.12.2018; účetní podklady k ověření</dc:subject>
  <dc:creator>Klánovické fórum, nadační fond</dc:creator>
  <cp:keywords/>
  <dc:description>generated by python-docx</dc:description>
  <cp:lastModifiedBy>Petr Kubicek</cp:lastModifiedBy>
  <cp:revision>8</cp:revision>
  <dcterms:created xsi:type="dcterms:W3CDTF">2026-10-28T13:28:00Z</dcterms:created>
  <dcterms:modified xsi:type="dcterms:W3CDTF">2026-10-28T13:48:00Z</dcterms:modified>
  <cp:category/>
</cp:coreProperties>
</file>