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7250F0F0" w:rsidR="00CC03EE" w:rsidRDefault="006C07D3">
      <w:pPr>
        <w:spacing w:after="380"/>
      </w:pPr>
      <w:r>
        <w:rPr>
          <w:b/>
          <w:color w:val="E97624"/>
          <w:sz w:val="102"/>
        </w:rPr>
        <w:t>2025</w:t>
      </w:r>
    </w:p>
    <w:p w14:paraId="1D0D24E6" w14:textId="77777777" w:rsidR="00CC03EE" w:rsidRDefault="00000000">
      <w:pPr>
        <w:spacing w:after="120"/>
      </w:pPr>
      <w:proofErr w:type="spellStart"/>
      <w:r>
        <w:rPr>
          <w:b/>
          <w:sz w:val="31"/>
        </w:rPr>
        <w:t>Klánovické</w:t>
      </w:r>
      <w:proofErr w:type="spellEnd"/>
      <w:r>
        <w:rPr>
          <w:b/>
          <w:sz w:val="31"/>
        </w:rPr>
        <w:t xml:space="preserve"> </w:t>
      </w:r>
      <w:proofErr w:type="spellStart"/>
      <w:r>
        <w:rPr>
          <w:b/>
          <w:sz w:val="31"/>
        </w:rPr>
        <w:t>fórum</w:t>
      </w:r>
      <w:proofErr w:type="spellEnd"/>
      <w:r>
        <w:rPr>
          <w:b/>
          <w:sz w:val="31"/>
        </w:rPr>
        <w:t xml:space="preserve">, </w:t>
      </w:r>
      <w:proofErr w:type="spellStart"/>
      <w:r>
        <w:rPr>
          <w:b/>
          <w:sz w:val="31"/>
        </w:rPr>
        <w:t>nadační</w:t>
      </w:r>
      <w:proofErr w:type="spellEnd"/>
      <w:r>
        <w:rPr>
          <w:b/>
          <w:sz w:val="31"/>
        </w:rPr>
        <w:t xml:space="preserve"> fond</w:t>
      </w:r>
    </w:p>
    <w:p w14:paraId="1C4D3FC8" w14:textId="77777777" w:rsidR="00CC03EE" w:rsidRDefault="00000000">
      <w:proofErr w:type="spellStart"/>
      <w:r>
        <w:rPr>
          <w:i/>
          <w:color w:val="5E6A64"/>
          <w:sz w:val="22"/>
        </w:rPr>
        <w:t>Klánovice</w:t>
      </w:r>
      <w:proofErr w:type="spellEnd"/>
      <w:r>
        <w:rPr>
          <w:i/>
          <w:color w:val="5E6A64"/>
          <w:sz w:val="22"/>
        </w:rPr>
        <w:t xml:space="preserve"> – </w:t>
      </w:r>
      <w:proofErr w:type="spellStart"/>
      <w:r>
        <w:rPr>
          <w:i/>
          <w:color w:val="5E6A64"/>
          <w:sz w:val="22"/>
        </w:rPr>
        <w:t>nejlepší</w:t>
      </w:r>
      <w:proofErr w:type="spellEnd"/>
      <w:r>
        <w:rPr>
          <w:i/>
          <w:color w:val="5E6A64"/>
          <w:sz w:val="22"/>
        </w:rPr>
        <w:t xml:space="preserve"> </w:t>
      </w:r>
      <w:proofErr w:type="spellStart"/>
      <w:r>
        <w:rPr>
          <w:i/>
          <w:color w:val="5E6A64"/>
          <w:sz w:val="22"/>
        </w:rPr>
        <w:t>místo</w:t>
      </w:r>
      <w:proofErr w:type="spellEnd"/>
      <w:r>
        <w:rPr>
          <w:i/>
          <w:color w:val="5E6A64"/>
          <w:sz w:val="22"/>
        </w:rPr>
        <w:t xml:space="preserve"> pro </w:t>
      </w:r>
      <w:proofErr w:type="spellStart"/>
      <w:r>
        <w:rPr>
          <w:i/>
          <w:color w:val="5E6A64"/>
          <w:sz w:val="22"/>
        </w:rPr>
        <w:t>život</w:t>
      </w:r>
      <w:proofErr w:type="spellEnd"/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4F2A28AB" w:rsidR="00CC03EE" w:rsidRDefault="00000000">
      <w:pPr>
        <w:pStyle w:val="SmallPrint"/>
      </w:pPr>
      <w:r>
        <w:rPr>
          <w:b/>
        </w:rPr>
        <w:t xml:space="preserve">ÚČETNÍ </w:t>
      </w:r>
      <w:proofErr w:type="gramStart"/>
      <w:r>
        <w:rPr>
          <w:b/>
        </w:rPr>
        <w:t>OBDOBÍ  |</w:t>
      </w:r>
      <w:proofErr w:type="gramEnd"/>
      <w:r>
        <w:rPr>
          <w:b/>
        </w:rPr>
        <w:t xml:space="preserve">  1. 1. – 31. 12. </w:t>
      </w:r>
      <w:r w:rsidR="006C07D3">
        <w:rPr>
          <w:b/>
        </w:rPr>
        <w:t>2025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proofErr w:type="spellStart"/>
      <w:r>
        <w:lastRenderedPageBreak/>
        <w:t>Představení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7B348761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, </w:t>
      </w:r>
      <w:proofErr w:type="spellStart"/>
      <w:r>
        <w:t>nadační</w:t>
      </w:r>
      <w:proofErr w:type="spellEnd"/>
      <w:r>
        <w:t xml:space="preserve"> fond, je </w:t>
      </w:r>
      <w:proofErr w:type="spellStart"/>
      <w:r>
        <w:t>neziskovou</w:t>
      </w:r>
      <w:proofErr w:type="spellEnd"/>
      <w:r>
        <w:t xml:space="preserve"> </w:t>
      </w:r>
      <w:proofErr w:type="spellStart"/>
      <w:r>
        <w:t>právnickou</w:t>
      </w:r>
      <w:proofErr w:type="spellEnd"/>
      <w:r>
        <w:t xml:space="preserve"> </w:t>
      </w:r>
      <w:proofErr w:type="spellStart"/>
      <w:r>
        <w:t>osobou</w:t>
      </w:r>
      <w:proofErr w:type="spellEnd"/>
      <w:r>
        <w:t xml:space="preserve"> </w:t>
      </w:r>
      <w:proofErr w:type="spellStart"/>
      <w:r>
        <w:t>založenou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2005 z </w:t>
      </w:r>
      <w:proofErr w:type="spellStart"/>
      <w:r>
        <w:t>iniciativy</w:t>
      </w:r>
      <w:proofErr w:type="spellEnd"/>
      <w:r>
        <w:t xml:space="preserve"> Ing. Petra </w:t>
      </w:r>
      <w:proofErr w:type="spellStart"/>
      <w:r>
        <w:t>Kubíčka</w:t>
      </w:r>
      <w:proofErr w:type="spellEnd"/>
      <w:r>
        <w:t xml:space="preserve"> a </w:t>
      </w:r>
      <w:proofErr w:type="spellStart"/>
      <w:r>
        <w:t>městské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Praha-</w:t>
      </w:r>
      <w:proofErr w:type="spellStart"/>
      <w:r>
        <w:t>Klánovice</w:t>
      </w:r>
      <w:proofErr w:type="spellEnd"/>
      <w:r>
        <w:t xml:space="preserve">.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posláním</w:t>
      </w:r>
      <w:proofErr w:type="spellEnd"/>
      <w:r>
        <w:t xml:space="preserve"> je </w:t>
      </w:r>
      <w:proofErr w:type="spellStart"/>
      <w:r>
        <w:t>přispívat</w:t>
      </w:r>
      <w:proofErr w:type="spellEnd"/>
      <w:r>
        <w:t xml:space="preserve"> k </w:t>
      </w:r>
      <w:proofErr w:type="spellStart"/>
      <w:r>
        <w:t>rozvoji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, </w:t>
      </w:r>
      <w:proofErr w:type="spellStart"/>
      <w:r>
        <w:t>společenského</w:t>
      </w:r>
      <w:proofErr w:type="spellEnd"/>
      <w:r>
        <w:t xml:space="preserve"> a </w:t>
      </w:r>
      <w:proofErr w:type="spellStart"/>
      <w:r>
        <w:t>komunitního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, </w:t>
      </w:r>
      <w:proofErr w:type="spellStart"/>
      <w:r>
        <w:t>podporovat</w:t>
      </w:r>
      <w:proofErr w:type="spellEnd"/>
      <w:r>
        <w:t xml:space="preserve"> </w:t>
      </w:r>
      <w:proofErr w:type="spellStart"/>
      <w:r>
        <w:t>občanské</w:t>
      </w:r>
      <w:proofErr w:type="spellEnd"/>
      <w:r>
        <w:t xml:space="preserve"> </w:t>
      </w:r>
      <w:proofErr w:type="spellStart"/>
      <w:r>
        <w:t>aktivity</w:t>
      </w:r>
      <w:proofErr w:type="spellEnd"/>
      <w:r>
        <w:t xml:space="preserve"> a </w:t>
      </w:r>
      <w:proofErr w:type="spellStart"/>
      <w:r>
        <w:t>pomáhat</w:t>
      </w:r>
      <w:proofErr w:type="spellEnd"/>
      <w:r>
        <w:t xml:space="preserve"> </w:t>
      </w:r>
      <w:proofErr w:type="spellStart"/>
      <w:r>
        <w:t>vytvářet</w:t>
      </w:r>
      <w:proofErr w:type="spellEnd"/>
      <w:r>
        <w:t xml:space="preserve"> </w:t>
      </w:r>
      <w:proofErr w:type="spellStart"/>
      <w:r>
        <w:t>kvalitní</w:t>
      </w:r>
      <w:proofErr w:type="spellEnd"/>
      <w:r>
        <w:t xml:space="preserve"> </w:t>
      </w:r>
      <w:proofErr w:type="spellStart"/>
      <w:r>
        <w:t>prostředí</w:t>
      </w:r>
      <w:proofErr w:type="spellEnd"/>
      <w:r>
        <w:t xml:space="preserve"> pro </w:t>
      </w:r>
      <w:proofErr w:type="spellStart"/>
      <w:r>
        <w:t>život</w:t>
      </w:r>
      <w:proofErr w:type="spellEnd"/>
      <w:r>
        <w:t>.</w:t>
      </w:r>
    </w:p>
    <w:p w14:paraId="293A8C0D" w14:textId="77777777" w:rsidR="00CC03EE" w:rsidRDefault="00000000">
      <w:proofErr w:type="spellStart"/>
      <w:r>
        <w:t>Nadační</w:t>
      </w:r>
      <w:proofErr w:type="spellEnd"/>
      <w:r>
        <w:t xml:space="preserve"> fond </w:t>
      </w:r>
      <w:proofErr w:type="spellStart"/>
      <w:r>
        <w:t>působí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v </w:t>
      </w:r>
      <w:proofErr w:type="spellStart"/>
      <w:r>
        <w:t>Klánovicích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okolí</w:t>
      </w:r>
      <w:proofErr w:type="spellEnd"/>
      <w:r>
        <w:t xml:space="preserve">.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</w:t>
      </w:r>
      <w:proofErr w:type="spellStart"/>
      <w:r>
        <w:t>naplňuje</w:t>
      </w:r>
      <w:proofErr w:type="spellEnd"/>
      <w:r>
        <w:t xml:space="preserve"> </w:t>
      </w:r>
      <w:proofErr w:type="spellStart"/>
      <w:r>
        <w:t>vlastními</w:t>
      </w:r>
      <w:proofErr w:type="spellEnd"/>
      <w:r>
        <w:t xml:space="preserve"> </w:t>
      </w:r>
      <w:proofErr w:type="spellStart"/>
      <w:r>
        <w:t>projekty</w:t>
      </w:r>
      <w:proofErr w:type="spellEnd"/>
      <w:r>
        <w:t xml:space="preserve">, </w:t>
      </w:r>
      <w:proofErr w:type="spellStart"/>
      <w:r>
        <w:t>spoluprací</w:t>
      </w:r>
      <w:proofErr w:type="spellEnd"/>
      <w:r>
        <w:t xml:space="preserve"> s </w:t>
      </w:r>
      <w:proofErr w:type="spellStart"/>
      <w:r>
        <w:t>dalšími</w:t>
      </w:r>
      <w:proofErr w:type="spellEnd"/>
      <w:r>
        <w:t xml:space="preserve"> </w:t>
      </w:r>
      <w:proofErr w:type="spellStart"/>
      <w:r>
        <w:t>organizacemi</w:t>
      </w:r>
      <w:proofErr w:type="spellEnd"/>
      <w:r>
        <w:t xml:space="preserve"> i </w:t>
      </w:r>
      <w:proofErr w:type="spellStart"/>
      <w:r>
        <w:t>podporou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iniciativ</w:t>
      </w:r>
      <w:proofErr w:type="spellEnd"/>
      <w:r>
        <w:t>.</w:t>
      </w:r>
    </w:p>
    <w:p w14:paraId="461B9348" w14:textId="77777777" w:rsidR="00CC03EE" w:rsidRDefault="00000000">
      <w:pPr>
        <w:pStyle w:val="Nadpis1"/>
      </w:pPr>
      <w:proofErr w:type="spellStart"/>
      <w:r>
        <w:t>Poslání</w:t>
      </w:r>
      <w:proofErr w:type="spellEnd"/>
      <w:r>
        <w:t xml:space="preserve"> a </w:t>
      </w:r>
      <w:proofErr w:type="spellStart"/>
      <w:r>
        <w:t>dlouhodobé</w:t>
      </w:r>
      <w:proofErr w:type="spellEnd"/>
      <w:r>
        <w:t xml:space="preserve"> </w:t>
      </w:r>
      <w:proofErr w:type="spellStart"/>
      <w:r>
        <w:t>zaměření</w:t>
      </w:r>
      <w:proofErr w:type="spellEnd"/>
    </w:p>
    <w:p w14:paraId="2AEE12B7" w14:textId="77777777" w:rsidR="00CC03EE" w:rsidRDefault="00000000">
      <w:proofErr w:type="spellStart"/>
      <w:r>
        <w:t>Základním</w:t>
      </w:r>
      <w:proofErr w:type="spellEnd"/>
      <w:r>
        <w:t xml:space="preserve">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Klánovického</w:t>
      </w:r>
      <w:proofErr w:type="spellEnd"/>
      <w:r>
        <w:t xml:space="preserve"> </w:t>
      </w:r>
      <w:proofErr w:type="spellStart"/>
      <w:r>
        <w:t>fóra</w:t>
      </w:r>
      <w:proofErr w:type="spellEnd"/>
      <w:r>
        <w:t xml:space="preserve"> je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kulturních</w:t>
      </w:r>
      <w:proofErr w:type="spellEnd"/>
      <w:r>
        <w:t xml:space="preserve">, </w:t>
      </w:r>
      <w:proofErr w:type="spellStart"/>
      <w:r>
        <w:t>společenských</w:t>
      </w:r>
      <w:proofErr w:type="spellEnd"/>
      <w:r>
        <w:t xml:space="preserve">, </w:t>
      </w:r>
      <w:proofErr w:type="spellStart"/>
      <w:r>
        <w:t>vzdělávacích</w:t>
      </w:r>
      <w:proofErr w:type="spellEnd"/>
      <w:r>
        <w:t xml:space="preserve"> a </w:t>
      </w:r>
      <w:proofErr w:type="spellStart"/>
      <w:r>
        <w:t>sportovních</w:t>
      </w:r>
      <w:proofErr w:type="spellEnd"/>
      <w:r>
        <w:t xml:space="preserve"> </w:t>
      </w:r>
      <w:proofErr w:type="spellStart"/>
      <w:r>
        <w:t>činností</w:t>
      </w:r>
      <w:proofErr w:type="spellEnd"/>
      <w:r>
        <w:t xml:space="preserve"> a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aktivit</w:t>
      </w:r>
      <w:proofErr w:type="spellEnd"/>
      <w:r>
        <w:t xml:space="preserve">. </w:t>
      </w:r>
      <w:proofErr w:type="spellStart"/>
      <w:r>
        <w:t>Důraz</w:t>
      </w:r>
      <w:proofErr w:type="spellEnd"/>
      <w:r>
        <w:t xml:space="preserve"> </w:t>
      </w:r>
      <w:proofErr w:type="spellStart"/>
      <w:r>
        <w:t>klade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místní</w:t>
      </w:r>
      <w:proofErr w:type="spellEnd"/>
      <w:r>
        <w:t xml:space="preserve"> </w:t>
      </w:r>
      <w:proofErr w:type="spellStart"/>
      <w:r>
        <w:t>tradice</w:t>
      </w:r>
      <w:proofErr w:type="spellEnd"/>
      <w:r>
        <w:t xml:space="preserve">, </w:t>
      </w:r>
      <w:proofErr w:type="spellStart"/>
      <w:r>
        <w:t>občanskou</w:t>
      </w:r>
      <w:proofErr w:type="spellEnd"/>
      <w:r>
        <w:t xml:space="preserve"> </w:t>
      </w:r>
      <w:proofErr w:type="spellStart"/>
      <w:r>
        <w:t>spolupráci</w:t>
      </w:r>
      <w:proofErr w:type="spellEnd"/>
      <w:r>
        <w:t xml:space="preserve">, </w:t>
      </w:r>
      <w:proofErr w:type="spellStart"/>
      <w:r>
        <w:t>rozvoj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 xml:space="preserve"> a </w:t>
      </w:r>
      <w:proofErr w:type="spellStart"/>
      <w:r>
        <w:t>podporu</w:t>
      </w:r>
      <w:proofErr w:type="spellEnd"/>
      <w:r>
        <w:t xml:space="preserve"> </w:t>
      </w:r>
      <w:proofErr w:type="spellStart"/>
      <w:r>
        <w:t>projektů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přispívají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svébytnému</w:t>
      </w:r>
      <w:proofErr w:type="spellEnd"/>
      <w:r>
        <w:t xml:space="preserve"> </w:t>
      </w:r>
      <w:proofErr w:type="spellStart"/>
      <w:r>
        <w:t>charakteru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>.</w:t>
      </w:r>
    </w:p>
    <w:p w14:paraId="0A50BCFE" w14:textId="77777777" w:rsidR="00CC03EE" w:rsidRDefault="00000000">
      <w:pPr>
        <w:pStyle w:val="Nadpis1"/>
      </w:pPr>
      <w:proofErr w:type="spellStart"/>
      <w:r>
        <w:t>Historie</w:t>
      </w:r>
      <w:proofErr w:type="spellEnd"/>
      <w:r>
        <w:t xml:space="preserve"> a </w:t>
      </w:r>
      <w:proofErr w:type="spellStart"/>
      <w:r>
        <w:t>projekty</w:t>
      </w:r>
      <w:proofErr w:type="spellEnd"/>
    </w:p>
    <w:p w14:paraId="566F0CD3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 </w:t>
      </w:r>
      <w:proofErr w:type="spellStart"/>
      <w:r>
        <w:t>stálo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obnově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 centra Beseda a </w:t>
      </w:r>
      <w:proofErr w:type="spellStart"/>
      <w:r>
        <w:t>dlouhodobě</w:t>
      </w:r>
      <w:proofErr w:type="spellEnd"/>
      <w:r>
        <w:t xml:space="preserve"> se </w:t>
      </w:r>
      <w:proofErr w:type="spellStart"/>
      <w:r>
        <w:t>věnovalo</w:t>
      </w:r>
      <w:proofErr w:type="spellEnd"/>
      <w:r>
        <w:t xml:space="preserve"> </w:t>
      </w:r>
      <w:proofErr w:type="spellStart"/>
      <w:r>
        <w:t>kulturním</w:t>
      </w:r>
      <w:proofErr w:type="spellEnd"/>
      <w:r>
        <w:t xml:space="preserve"> a </w:t>
      </w:r>
      <w:proofErr w:type="spellStart"/>
      <w:r>
        <w:t>komunitním</w:t>
      </w:r>
      <w:proofErr w:type="spellEnd"/>
      <w:r>
        <w:t xml:space="preserve"> </w:t>
      </w:r>
      <w:proofErr w:type="spellStart"/>
      <w:r>
        <w:t>aktivitám</w:t>
      </w:r>
      <w:proofErr w:type="spellEnd"/>
      <w:r>
        <w:t xml:space="preserve">. K </w:t>
      </w:r>
      <w:proofErr w:type="spellStart"/>
      <w:r>
        <w:t>projektům</w:t>
      </w:r>
      <w:proofErr w:type="spellEnd"/>
      <w:r>
        <w:t xml:space="preserve"> </w:t>
      </w:r>
      <w:proofErr w:type="spellStart"/>
      <w:r>
        <w:t>spojeným</w:t>
      </w:r>
      <w:proofErr w:type="spellEnd"/>
      <w:r>
        <w:t xml:space="preserve"> s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historií</w:t>
      </w:r>
      <w:proofErr w:type="spellEnd"/>
      <w:r>
        <w:t xml:space="preserve"> </w:t>
      </w:r>
      <w:proofErr w:type="spellStart"/>
      <w:r>
        <w:t>patří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Sochání</w:t>
      </w:r>
      <w:proofErr w:type="spellEnd"/>
      <w:r>
        <w:t xml:space="preserve"> pro </w:t>
      </w:r>
      <w:proofErr w:type="spellStart"/>
      <w:r>
        <w:t>Hedviku</w:t>
      </w:r>
      <w:proofErr w:type="spellEnd"/>
      <w:r>
        <w:t xml:space="preserve"> – </w:t>
      </w:r>
      <w:proofErr w:type="spellStart"/>
      <w:r>
        <w:t>umělecká</w:t>
      </w:r>
      <w:proofErr w:type="spellEnd"/>
      <w:r>
        <w:t xml:space="preserve">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připomínající</w:t>
      </w:r>
      <w:proofErr w:type="spellEnd"/>
      <w:r>
        <w:t xml:space="preserve"> </w:t>
      </w:r>
      <w:proofErr w:type="spellStart"/>
      <w:r>
        <w:t>ilustrátorku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občansky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</w:t>
      </w:r>
      <w:proofErr w:type="spellStart"/>
      <w:r>
        <w:t>obyvatelku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 xml:space="preserve"> </w:t>
      </w:r>
      <w:proofErr w:type="spellStart"/>
      <w:r>
        <w:t>Hedviku</w:t>
      </w:r>
      <w:proofErr w:type="spellEnd"/>
      <w:r>
        <w:t xml:space="preserve"> Vilgusovou, </w:t>
      </w:r>
      <w:proofErr w:type="spellStart"/>
      <w:r>
        <w:t>spojená</w:t>
      </w:r>
      <w:proofErr w:type="spellEnd"/>
      <w:r>
        <w:t xml:space="preserve"> se </w:t>
      </w:r>
      <w:proofErr w:type="spellStart"/>
      <w:r>
        <w:t>sochařskou</w:t>
      </w:r>
      <w:proofErr w:type="spellEnd"/>
      <w:r>
        <w:t xml:space="preserve"> </w:t>
      </w:r>
      <w:proofErr w:type="spellStart"/>
      <w:r>
        <w:t>tvorbou</w:t>
      </w:r>
      <w:proofErr w:type="spellEnd"/>
      <w:r>
        <w:t xml:space="preserve"> a </w:t>
      </w:r>
      <w:proofErr w:type="spellStart"/>
      <w:r>
        <w:t>kultivací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>.</w:t>
      </w:r>
    </w:p>
    <w:p w14:paraId="7D4BEF76" w14:textId="77777777" w:rsidR="00CC03EE" w:rsidRDefault="00000000">
      <w:proofErr w:type="spellStart"/>
      <w:r>
        <w:t>Konkrétní</w:t>
      </w:r>
      <w:proofErr w:type="spellEnd"/>
      <w:r>
        <w:t xml:space="preserve"> </w:t>
      </w:r>
      <w:proofErr w:type="spellStart"/>
      <w:r>
        <w:t>rozsah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v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letech</w:t>
      </w:r>
      <w:proofErr w:type="spellEnd"/>
      <w:r>
        <w:t xml:space="preserve"> se </w:t>
      </w:r>
      <w:proofErr w:type="spellStart"/>
      <w:r>
        <w:t>odvíjí</w:t>
      </w:r>
      <w:proofErr w:type="spellEnd"/>
      <w:r>
        <w:t xml:space="preserve"> od </w:t>
      </w:r>
      <w:proofErr w:type="spellStart"/>
      <w:r>
        <w:t>dostupných</w:t>
      </w:r>
      <w:proofErr w:type="spellEnd"/>
      <w:r>
        <w:t xml:space="preserve"> </w:t>
      </w:r>
      <w:proofErr w:type="spellStart"/>
      <w:r>
        <w:t>finančních</w:t>
      </w:r>
      <w:proofErr w:type="spellEnd"/>
      <w:r>
        <w:t xml:space="preserve"> </w:t>
      </w:r>
      <w:proofErr w:type="spellStart"/>
      <w:r>
        <w:t>prostředků</w:t>
      </w:r>
      <w:proofErr w:type="spellEnd"/>
      <w:r>
        <w:t xml:space="preserve">, </w:t>
      </w:r>
      <w:proofErr w:type="spellStart"/>
      <w:r>
        <w:t>možností</w:t>
      </w:r>
      <w:proofErr w:type="spellEnd"/>
      <w:r>
        <w:t xml:space="preserve"> </w:t>
      </w:r>
      <w:proofErr w:type="spellStart"/>
      <w:r>
        <w:t>spolupráce</w:t>
      </w:r>
      <w:proofErr w:type="spellEnd"/>
      <w:r>
        <w:t xml:space="preserve"> a </w:t>
      </w:r>
      <w:proofErr w:type="spellStart"/>
      <w:r>
        <w:t>potřeb</w:t>
      </w:r>
      <w:proofErr w:type="spellEnd"/>
      <w:r>
        <w:t xml:space="preserve"> </w:t>
      </w:r>
      <w:proofErr w:type="spellStart"/>
      <w:r>
        <w:t>podporovaných</w:t>
      </w:r>
      <w:proofErr w:type="spellEnd"/>
      <w:r>
        <w:t xml:space="preserve"> </w:t>
      </w:r>
      <w:proofErr w:type="spellStart"/>
      <w:r>
        <w:t>komunit</w:t>
      </w:r>
      <w:proofErr w:type="spellEnd"/>
      <w:r>
        <w:t xml:space="preserve">. </w:t>
      </w:r>
      <w:proofErr w:type="spellStart"/>
      <w:r>
        <w:t>Společným</w:t>
      </w:r>
      <w:proofErr w:type="spellEnd"/>
      <w:r>
        <w:t xml:space="preserve"> </w:t>
      </w:r>
      <w:proofErr w:type="spellStart"/>
      <w:r>
        <w:t>jmenovatelem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zůstává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</w:t>
      </w:r>
      <w:proofErr w:type="spellEnd"/>
      <w:r>
        <w:t xml:space="preserve"> </w:t>
      </w:r>
      <w:proofErr w:type="spellStart"/>
      <w:r>
        <w:t>účel</w:t>
      </w:r>
      <w:proofErr w:type="spellEnd"/>
      <w:r>
        <w:t xml:space="preserve"> a </w:t>
      </w:r>
      <w:proofErr w:type="spellStart"/>
      <w:r>
        <w:t>dlouhodobá</w:t>
      </w:r>
      <w:proofErr w:type="spellEnd"/>
      <w:r>
        <w:t xml:space="preserve">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místního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>.</w:t>
      </w:r>
    </w:p>
    <w:p w14:paraId="652E88E3" w14:textId="77777777" w:rsidR="00CC03EE" w:rsidRDefault="00000000">
      <w:pPr>
        <w:pStyle w:val="Nadpis1"/>
      </w:pPr>
      <w:proofErr w:type="spellStart"/>
      <w:r>
        <w:t>Základní</w:t>
      </w:r>
      <w:proofErr w:type="spellEnd"/>
      <w:r>
        <w:t xml:space="preserve"> </w:t>
      </w:r>
      <w:proofErr w:type="spellStart"/>
      <w:r>
        <w:t>údaje</w:t>
      </w:r>
      <w:proofErr w:type="spellEnd"/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proofErr w:type="spellStart"/>
            <w:r>
              <w:rPr>
                <w:b/>
                <w:color w:val="10914B"/>
              </w:rPr>
              <w:t>Název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proofErr w:type="spellStart"/>
            <w:r>
              <w:t>Klánovické</w:t>
            </w:r>
            <w:proofErr w:type="spellEnd"/>
            <w:r>
              <w:t xml:space="preserve"> </w:t>
            </w:r>
            <w:proofErr w:type="spellStart"/>
            <w:r>
              <w:t>fórum</w:t>
            </w:r>
            <w:proofErr w:type="spellEnd"/>
            <w:r>
              <w:t xml:space="preserve">, </w:t>
            </w:r>
            <w:proofErr w:type="spellStart"/>
            <w:r>
              <w:t>nadační</w:t>
            </w:r>
            <w:proofErr w:type="spellEnd"/>
            <w:r>
              <w:t xml:space="preserve">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proofErr w:type="spellStart"/>
            <w:r>
              <w:rPr>
                <w:b/>
                <w:color w:val="10914B"/>
              </w:rPr>
              <w:t>Sídlo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</w:t>
            </w:r>
            <w:proofErr w:type="spellStart"/>
            <w:r>
              <w:t>Klánovice</w:t>
            </w:r>
            <w:proofErr w:type="spellEnd"/>
            <w:r>
              <w:t xml:space="preserve"> (</w:t>
            </w:r>
            <w:proofErr w:type="spellStart"/>
            <w:r>
              <w:t>evidovaná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: </w:t>
            </w:r>
            <w:proofErr w:type="spellStart"/>
            <w:r>
              <w:t>Boušova</w:t>
            </w:r>
            <w:proofErr w:type="spellEnd"/>
            <w:r>
              <w:t xml:space="preserve">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proofErr w:type="spellStart"/>
            <w:r>
              <w:rPr>
                <w:b/>
                <w:color w:val="10914B"/>
              </w:rPr>
              <w:t>Zakladatelé</w:t>
            </w:r>
            <w:proofErr w:type="spellEnd"/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 xml:space="preserve">Ing. Petr Kubíček a </w:t>
            </w:r>
            <w:proofErr w:type="spellStart"/>
            <w:r>
              <w:t>městská</w:t>
            </w:r>
            <w:proofErr w:type="spellEnd"/>
            <w:r>
              <w:t xml:space="preserve"> </w:t>
            </w:r>
            <w:proofErr w:type="spellStart"/>
            <w:r>
              <w:t>část</w:t>
            </w:r>
            <w:proofErr w:type="spellEnd"/>
            <w:r>
              <w:t xml:space="preserve"> Praha-</w:t>
            </w:r>
            <w:proofErr w:type="spellStart"/>
            <w:r>
              <w:t>Klánovice</w:t>
            </w:r>
            <w:proofErr w:type="spellEnd"/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proofErr w:type="spellStart"/>
      <w:r>
        <w:lastRenderedPageBreak/>
        <w:t>Správa</w:t>
      </w:r>
      <w:proofErr w:type="spellEnd"/>
      <w:r>
        <w:t xml:space="preserve"> a </w:t>
      </w:r>
      <w:proofErr w:type="spellStart"/>
      <w:r>
        <w:t>kontrola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6A7BFB37" w14:textId="77777777" w:rsidR="00CC03EE" w:rsidRDefault="00000000">
      <w:proofErr w:type="spellStart"/>
      <w:r>
        <w:t>Statutárním</w:t>
      </w:r>
      <w:proofErr w:type="spellEnd"/>
      <w:r>
        <w:t xml:space="preserve"> </w:t>
      </w:r>
      <w:proofErr w:type="spellStart"/>
      <w:r>
        <w:t>orgánem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je </w:t>
      </w:r>
      <w:proofErr w:type="spellStart"/>
      <w:r>
        <w:t>správní</w:t>
      </w:r>
      <w:proofErr w:type="spellEnd"/>
      <w:r>
        <w:t xml:space="preserve"> rada. </w:t>
      </w:r>
      <w:proofErr w:type="spellStart"/>
      <w:r>
        <w:t>Kontrolní</w:t>
      </w:r>
      <w:proofErr w:type="spellEnd"/>
      <w:r>
        <w:t xml:space="preserve"> </w:t>
      </w:r>
      <w:proofErr w:type="spellStart"/>
      <w:r>
        <w:t>činnost</w:t>
      </w:r>
      <w:proofErr w:type="spellEnd"/>
      <w:r>
        <w:t xml:space="preserve"> </w:t>
      </w:r>
      <w:proofErr w:type="spellStart"/>
      <w:r>
        <w:t>vykonává</w:t>
      </w:r>
      <w:proofErr w:type="spellEnd"/>
      <w:r>
        <w:t xml:space="preserve"> </w:t>
      </w:r>
      <w:proofErr w:type="spellStart"/>
      <w:r>
        <w:t>revizor</w:t>
      </w:r>
      <w:proofErr w:type="spellEnd"/>
      <w:r>
        <w:t xml:space="preserve">. </w:t>
      </w:r>
      <w:proofErr w:type="spellStart"/>
      <w:r>
        <w:t>Orgány</w:t>
      </w:r>
      <w:proofErr w:type="spellEnd"/>
      <w:r>
        <w:t xml:space="preserve"> fondu </w:t>
      </w:r>
      <w:proofErr w:type="spellStart"/>
      <w:r>
        <w:t>odpovídají</w:t>
      </w:r>
      <w:proofErr w:type="spellEnd"/>
      <w:r>
        <w:t xml:space="preserve"> za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řízení</w:t>
      </w:r>
      <w:proofErr w:type="spellEnd"/>
      <w:r>
        <w:t xml:space="preserve"> a </w:t>
      </w:r>
      <w:proofErr w:type="spellStart"/>
      <w:r>
        <w:t>kontrolu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v </w:t>
      </w:r>
      <w:proofErr w:type="spellStart"/>
      <w:r>
        <w:t>rozsahu</w:t>
      </w:r>
      <w:proofErr w:type="spellEnd"/>
      <w:r>
        <w:t xml:space="preserve"> </w:t>
      </w:r>
      <w:proofErr w:type="spellStart"/>
      <w:r>
        <w:t>stanoveném</w:t>
      </w:r>
      <w:proofErr w:type="spellEnd"/>
      <w:r>
        <w:t xml:space="preserve"> </w:t>
      </w:r>
      <w:proofErr w:type="spellStart"/>
      <w:r>
        <w:t>právními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 a </w:t>
      </w:r>
      <w:proofErr w:type="spellStart"/>
      <w:r>
        <w:t>zakladatelskými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. </w:t>
      </w:r>
      <w:proofErr w:type="spellStart"/>
      <w:r>
        <w:t>Údaje</w:t>
      </w:r>
      <w:proofErr w:type="spellEnd"/>
      <w:r>
        <w:t xml:space="preserve"> o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aktuálním</w:t>
      </w:r>
      <w:proofErr w:type="spellEnd"/>
      <w:r>
        <w:t xml:space="preserve"> </w:t>
      </w:r>
      <w:proofErr w:type="spellStart"/>
      <w:r>
        <w:t>obsazení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vedeny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veřejném</w:t>
      </w:r>
      <w:proofErr w:type="spellEnd"/>
      <w:r>
        <w:t xml:space="preserve"> </w:t>
      </w:r>
      <w:proofErr w:type="spellStart"/>
      <w:r>
        <w:t>rejstříku</w:t>
      </w:r>
      <w:proofErr w:type="spellEnd"/>
      <w:r>
        <w:t>.</w:t>
      </w:r>
    </w:p>
    <w:p w14:paraId="316149D1" w14:textId="77777777" w:rsidR="00CC03EE" w:rsidRDefault="00000000">
      <w:pPr>
        <w:pStyle w:val="Nadpis1"/>
      </w:pPr>
      <w:proofErr w:type="spellStart"/>
      <w:r>
        <w:t>Hospodaření</w:t>
      </w:r>
      <w:proofErr w:type="spellEnd"/>
      <w:r>
        <w:t xml:space="preserve"> 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závěrka</w:t>
      </w:r>
      <w:proofErr w:type="spellEnd"/>
    </w:p>
    <w:p w14:paraId="7C59B2C9" w14:textId="4C0B3FD3" w:rsidR="00CC03EE" w:rsidRDefault="00000000">
      <w:proofErr w:type="spellStart"/>
      <w:r>
        <w:t>Údaje</w:t>
      </w:r>
      <w:proofErr w:type="spellEnd"/>
      <w:r>
        <w:t xml:space="preserve"> o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za </w:t>
      </w:r>
      <w:proofErr w:type="spellStart"/>
      <w:r>
        <w:t>rok</w:t>
      </w:r>
      <w:proofErr w:type="spellEnd"/>
      <w:r>
        <w:t xml:space="preserve"> </w:t>
      </w:r>
      <w:r w:rsidR="006C07D3">
        <w:t>2025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obsaženy</w:t>
      </w:r>
      <w:proofErr w:type="spellEnd"/>
      <w:r>
        <w:t xml:space="preserve"> v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závěrce</w:t>
      </w:r>
      <w:proofErr w:type="spellEnd"/>
      <w:r>
        <w:t xml:space="preserve">, </w:t>
      </w:r>
      <w:proofErr w:type="spellStart"/>
      <w:r>
        <w:t>jejíž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je </w:t>
      </w:r>
      <w:proofErr w:type="spellStart"/>
      <w:r>
        <w:t>rozvaha</w:t>
      </w:r>
      <w:proofErr w:type="spellEnd"/>
      <w:r>
        <w:t xml:space="preserve"> a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. </w:t>
      </w:r>
      <w:proofErr w:type="spellStart"/>
      <w:r>
        <w:t>Výkazy</w:t>
      </w:r>
      <w:proofErr w:type="spellEnd"/>
      <w:r>
        <w:t xml:space="preserve"> </w:t>
      </w:r>
      <w:proofErr w:type="spellStart"/>
      <w:r>
        <w:t>poskytují</w:t>
      </w:r>
      <w:proofErr w:type="spellEnd"/>
      <w:r>
        <w:t xml:space="preserve"> </w:t>
      </w:r>
      <w:proofErr w:type="spellStart"/>
      <w:r>
        <w:t>přehled</w:t>
      </w:r>
      <w:proofErr w:type="spellEnd"/>
      <w:r>
        <w:t xml:space="preserve"> o </w:t>
      </w:r>
      <w:proofErr w:type="spellStart"/>
      <w:r>
        <w:t>majetku</w:t>
      </w:r>
      <w:proofErr w:type="spellEnd"/>
      <w:r>
        <w:t xml:space="preserve">, </w:t>
      </w:r>
      <w:proofErr w:type="spellStart"/>
      <w:r>
        <w:t>závazcích</w:t>
      </w:r>
      <w:proofErr w:type="spellEnd"/>
      <w:r>
        <w:t xml:space="preserve">, </w:t>
      </w:r>
      <w:proofErr w:type="spellStart"/>
      <w:r>
        <w:t>nákladech</w:t>
      </w:r>
      <w:proofErr w:type="spellEnd"/>
      <w:r>
        <w:t xml:space="preserve">, </w:t>
      </w:r>
      <w:proofErr w:type="spellStart"/>
      <w:r>
        <w:t>výnosech</w:t>
      </w:r>
      <w:proofErr w:type="spellEnd"/>
      <w:r>
        <w:t xml:space="preserve"> a </w:t>
      </w:r>
      <w:proofErr w:type="spellStart"/>
      <w:r>
        <w:t>výsledku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>.</w:t>
      </w:r>
    </w:p>
    <w:p w14:paraId="182CBD63" w14:textId="77777777" w:rsidR="00CC03EE" w:rsidRDefault="00000000">
      <w:proofErr w:type="spellStart"/>
      <w:r>
        <w:t>Finanční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určeny</w:t>
      </w:r>
      <w:proofErr w:type="spellEnd"/>
      <w:r>
        <w:t xml:space="preserve"> k </w:t>
      </w:r>
      <w:proofErr w:type="spellStart"/>
      <w:r>
        <w:t>naplňování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a k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nezbytného</w:t>
      </w:r>
      <w:proofErr w:type="spellEnd"/>
      <w:r>
        <w:t xml:space="preserve"> </w:t>
      </w:r>
      <w:proofErr w:type="spellStart"/>
      <w:r>
        <w:t>provozu</w:t>
      </w:r>
      <w:proofErr w:type="spellEnd"/>
      <w:r>
        <w:t xml:space="preserve">. Fond </w:t>
      </w:r>
      <w:proofErr w:type="spellStart"/>
      <w:r>
        <w:t>přijímá</w:t>
      </w:r>
      <w:proofErr w:type="spellEnd"/>
      <w:r>
        <w:t xml:space="preserve"> </w:t>
      </w:r>
      <w:proofErr w:type="spellStart"/>
      <w:r>
        <w:t>dary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příspěvky</w:t>
      </w:r>
      <w:proofErr w:type="spellEnd"/>
      <w:r>
        <w:t xml:space="preserve"> a </w:t>
      </w:r>
      <w:proofErr w:type="spellStart"/>
      <w:r>
        <w:t>nakládá</w:t>
      </w:r>
      <w:proofErr w:type="spellEnd"/>
      <w:r>
        <w:t xml:space="preserve"> s </w:t>
      </w:r>
      <w:proofErr w:type="spellStart"/>
      <w:r>
        <w:t>nimi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příslušných</w:t>
      </w:r>
      <w:proofErr w:type="spellEnd"/>
      <w:r>
        <w:t xml:space="preserve"> </w:t>
      </w:r>
      <w:proofErr w:type="spellStart"/>
      <w:r>
        <w:t>právních</w:t>
      </w:r>
      <w:proofErr w:type="spellEnd"/>
      <w:r>
        <w:t xml:space="preserve"> </w:t>
      </w:r>
      <w:proofErr w:type="spellStart"/>
      <w:r>
        <w:t>předpisů</w:t>
      </w:r>
      <w:proofErr w:type="spellEnd"/>
      <w:r>
        <w:t xml:space="preserve">, </w:t>
      </w:r>
      <w:proofErr w:type="spellStart"/>
      <w:r>
        <w:t>podmínek</w:t>
      </w:r>
      <w:proofErr w:type="spellEnd"/>
      <w:r>
        <w:t xml:space="preserve"> </w:t>
      </w:r>
      <w:proofErr w:type="spellStart"/>
      <w:r>
        <w:t>dárců</w:t>
      </w:r>
      <w:proofErr w:type="spellEnd"/>
      <w:r>
        <w:t xml:space="preserve"> a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účelu</w:t>
      </w:r>
      <w:proofErr w:type="spellEnd"/>
      <w:r>
        <w:t>.</w:t>
      </w:r>
    </w:p>
    <w:p w14:paraId="076A35E4" w14:textId="77777777" w:rsidR="00CC03EE" w:rsidRDefault="00000000">
      <w:pPr>
        <w:pStyle w:val="Nadpis1"/>
      </w:pPr>
      <w:proofErr w:type="spellStart"/>
      <w:r>
        <w:t>Přílohy</w:t>
      </w:r>
      <w:proofErr w:type="spellEnd"/>
      <w:r>
        <w:t xml:space="preserve"> </w:t>
      </w:r>
      <w:proofErr w:type="spellStart"/>
      <w:r>
        <w:t>výroční</w:t>
      </w:r>
      <w:proofErr w:type="spellEnd"/>
      <w:r>
        <w:t xml:space="preserve"> </w:t>
      </w:r>
      <w:proofErr w:type="spellStart"/>
      <w:r>
        <w:t>zprávy</w:t>
      </w:r>
      <w:proofErr w:type="spellEnd"/>
    </w:p>
    <w:p w14:paraId="10A224C7" w14:textId="77777777" w:rsidR="00CC03EE" w:rsidRDefault="00000000">
      <w:pPr>
        <w:ind w:left="170"/>
      </w:pPr>
      <w:r>
        <w:t xml:space="preserve">1.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za </w:t>
      </w:r>
      <w:proofErr w:type="spellStart"/>
      <w:r>
        <w:t>příslušný</w:t>
      </w:r>
      <w:proofErr w:type="spellEnd"/>
      <w:r>
        <w:t xml:space="preserve">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rok</w:t>
      </w:r>
      <w:proofErr w:type="spellEnd"/>
    </w:p>
    <w:p w14:paraId="37699B91" w14:textId="77777777" w:rsidR="00CC03EE" w:rsidRDefault="00000000">
      <w:pPr>
        <w:ind w:left="170"/>
      </w:pPr>
      <w:r>
        <w:t xml:space="preserve">2. </w:t>
      </w:r>
      <w:proofErr w:type="spellStart"/>
      <w:r>
        <w:t>Rozvaha</w:t>
      </w:r>
      <w:proofErr w:type="spellEnd"/>
      <w:r>
        <w:t xml:space="preserve"> k </w:t>
      </w:r>
      <w:proofErr w:type="spellStart"/>
      <w:r>
        <w:t>poslednímu</w:t>
      </w:r>
      <w:proofErr w:type="spellEnd"/>
      <w:r>
        <w:t xml:space="preserve"> </w:t>
      </w:r>
      <w:proofErr w:type="spellStart"/>
      <w:r>
        <w:t>dni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roku</w:t>
      </w:r>
      <w:proofErr w:type="spellEnd"/>
    </w:p>
    <w:p w14:paraId="6981E922" w14:textId="1B3F7110" w:rsidR="00CC03EE" w:rsidRDefault="00000000">
      <w:pPr>
        <w:pStyle w:val="SmallPrint"/>
      </w:pPr>
      <w:r>
        <w:t xml:space="preserve">Účetní </w:t>
      </w:r>
      <w:proofErr w:type="spellStart"/>
      <w:r>
        <w:t>výkazy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6C07D3">
        <w:t>2025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převzaty</w:t>
      </w:r>
      <w:proofErr w:type="spellEnd"/>
      <w:r>
        <w:t xml:space="preserve"> z </w:t>
      </w:r>
      <w:proofErr w:type="spellStart"/>
      <w:r>
        <w:t>příloh</w:t>
      </w:r>
      <w:proofErr w:type="spellEnd"/>
      <w:r>
        <w:t xml:space="preserve"> </w:t>
      </w:r>
      <w:proofErr w:type="spellStart"/>
      <w:r>
        <w:t>přiznání</w:t>
      </w:r>
      <w:proofErr w:type="spellEnd"/>
      <w:r>
        <w:t xml:space="preserve"> k </w:t>
      </w:r>
      <w:proofErr w:type="spellStart"/>
      <w:r>
        <w:t>dani</w:t>
      </w:r>
      <w:proofErr w:type="spellEnd"/>
      <w:r>
        <w:t xml:space="preserve"> z </w:t>
      </w:r>
      <w:proofErr w:type="spellStart"/>
      <w:r>
        <w:t>příjmů</w:t>
      </w:r>
      <w:proofErr w:type="spellEnd"/>
      <w:r>
        <w:t xml:space="preserve"> </w:t>
      </w:r>
      <w:proofErr w:type="spellStart"/>
      <w:r>
        <w:t>právnických</w:t>
      </w:r>
      <w:proofErr w:type="spellEnd"/>
      <w:r>
        <w:t xml:space="preserve"> </w:t>
      </w:r>
      <w:proofErr w:type="spellStart"/>
      <w:r>
        <w:t>osob</w:t>
      </w:r>
      <w:proofErr w:type="spellEnd"/>
      <w:r>
        <w:t xml:space="preserve"> za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končící</w:t>
      </w:r>
      <w:proofErr w:type="spellEnd"/>
      <w:r>
        <w:t xml:space="preserve"> 31. 12. </w:t>
      </w:r>
      <w:r w:rsidR="006C07D3">
        <w:t>2025</w:t>
      </w:r>
      <w:r>
        <w:t>.</w:t>
      </w:r>
    </w:p>
    <w:p w14:paraId="37D9A6ED" w14:textId="3B9FE75A" w:rsidR="00CC03EE" w:rsidRDefault="00000000">
      <w:pPr>
        <w:pStyle w:val="SmallPrint"/>
      </w:pPr>
      <w:proofErr w:type="spellStart"/>
      <w:r>
        <w:t>Samostatná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revizora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6C07D3">
        <w:t>2025</w:t>
      </w:r>
      <w:r>
        <w:t xml:space="preserve"> </w:t>
      </w:r>
      <w:proofErr w:type="spellStart"/>
      <w:r>
        <w:t>nebyla</w:t>
      </w:r>
      <w:proofErr w:type="spellEnd"/>
      <w:r>
        <w:t xml:space="preserve"> </w:t>
      </w:r>
      <w:proofErr w:type="spellStart"/>
      <w:r>
        <w:t>předložena</w:t>
      </w:r>
      <w:proofErr w:type="spellEnd"/>
      <w:r>
        <w:t xml:space="preserve"> a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>.</w:t>
      </w:r>
    </w:p>
    <w:p w14:paraId="06D94A71" w14:textId="77777777" w:rsidR="006C07D3" w:rsidRDefault="006C07D3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10914B"/>
          <w:sz w:val="34"/>
          <w:szCs w:val="28"/>
        </w:rPr>
      </w:pPr>
      <w:r>
        <w:br w:type="page"/>
      </w:r>
    </w:p>
    <w:p w14:paraId="4B8415BC" w14:textId="6AB041CD" w:rsidR="001B605C" w:rsidRDefault="00000000" w:rsidP="006C07D3">
      <w:pPr>
        <w:pStyle w:val="Nadpis1"/>
        <w:rPr>
          <w:b w:val="0"/>
          <w:bCs w:val="0"/>
        </w:rPr>
      </w:pPr>
      <w:proofErr w:type="spellStart"/>
      <w:r>
        <w:lastRenderedPageBreak/>
        <w:t>Příloha</w:t>
      </w:r>
      <w:proofErr w:type="spellEnd"/>
      <w:r>
        <w:t xml:space="preserve"> </w:t>
      </w:r>
      <w:proofErr w:type="gramStart"/>
      <w:r>
        <w:t>1  |</w:t>
      </w:r>
      <w:proofErr w:type="gramEnd"/>
      <w:r>
        <w:t xml:space="preserve"> 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k 31. 12. </w:t>
      </w:r>
      <w:r w:rsidR="006C07D3">
        <w:t>2025</w:t>
      </w:r>
      <w:r w:rsidR="006C07D3" w:rsidRPr="006C07D3">
        <w:rPr>
          <w:noProof/>
        </w:rPr>
        <w:drawing>
          <wp:inline distT="0" distB="0" distL="0" distR="0" wp14:anchorId="509A057E" wp14:editId="0CC930F5">
            <wp:extent cx="6012180" cy="2830830"/>
            <wp:effectExtent l="0" t="0" r="7620" b="7620"/>
            <wp:docPr id="23078907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2241E" w14:textId="77777777" w:rsidR="006C07D3" w:rsidRDefault="006C07D3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10914B"/>
          <w:sz w:val="34"/>
          <w:szCs w:val="28"/>
        </w:rPr>
      </w:pPr>
      <w:r>
        <w:br w:type="page"/>
      </w:r>
    </w:p>
    <w:p w14:paraId="7A653C77" w14:textId="42C1AFCD" w:rsidR="00CC03EE" w:rsidRDefault="00000000">
      <w:pPr>
        <w:pStyle w:val="Nadpis1"/>
      </w:pPr>
      <w:proofErr w:type="spellStart"/>
      <w:r>
        <w:lastRenderedPageBreak/>
        <w:t>Příloha</w:t>
      </w:r>
      <w:proofErr w:type="spellEnd"/>
      <w:r>
        <w:t xml:space="preserve"> </w:t>
      </w:r>
      <w:proofErr w:type="gramStart"/>
      <w:r>
        <w:t>2  |</w:t>
      </w:r>
      <w:proofErr w:type="gramEnd"/>
      <w:r>
        <w:t xml:space="preserve">  </w:t>
      </w:r>
      <w:proofErr w:type="spellStart"/>
      <w:r>
        <w:t>Rozvaha</w:t>
      </w:r>
      <w:proofErr w:type="spellEnd"/>
      <w:r>
        <w:t xml:space="preserve"> k 31. 12. </w:t>
      </w:r>
      <w:r w:rsidR="006C07D3">
        <w:t>2025</w:t>
      </w:r>
    </w:p>
    <w:p w14:paraId="18CD8D5B" w14:textId="4716329E" w:rsidR="00CC03EE" w:rsidRDefault="006C07D3">
      <w:pPr>
        <w:spacing w:before="60" w:after="0"/>
        <w:jc w:val="center"/>
      </w:pPr>
      <w:r w:rsidRPr="006C07D3">
        <w:rPr>
          <w:noProof/>
        </w:rPr>
        <w:drawing>
          <wp:inline distT="0" distB="0" distL="0" distR="0" wp14:anchorId="3950AAFC" wp14:editId="1C23FBDC">
            <wp:extent cx="6012180" cy="4410710"/>
            <wp:effectExtent l="0" t="0" r="7620" b="8890"/>
            <wp:docPr id="187176826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41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C8091" w14:textId="77777777" w:rsidR="00D74670" w:rsidRDefault="00D74670">
      <w:pPr>
        <w:spacing w:after="0" w:line="240" w:lineRule="auto"/>
      </w:pPr>
      <w:r>
        <w:separator/>
      </w:r>
    </w:p>
  </w:endnote>
  <w:endnote w:type="continuationSeparator" w:id="0">
    <w:p w14:paraId="7FC40C3C" w14:textId="77777777" w:rsidR="00D74670" w:rsidRDefault="00D74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D4FF9" w14:textId="77777777" w:rsidR="00D74670" w:rsidRDefault="00D74670">
      <w:pPr>
        <w:spacing w:after="0" w:line="240" w:lineRule="auto"/>
      </w:pPr>
      <w:r>
        <w:separator/>
      </w:r>
    </w:p>
  </w:footnote>
  <w:footnote w:type="continuationSeparator" w:id="0">
    <w:p w14:paraId="5778900E" w14:textId="77777777" w:rsidR="00D74670" w:rsidRDefault="00D74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</w:t>
          </w:r>
          <w:proofErr w:type="gramStart"/>
          <w:r>
            <w:rPr>
              <w:color w:val="5E6A64"/>
              <w:sz w:val="16"/>
            </w:rPr>
            <w:t>fond  ·</w:t>
          </w:r>
          <w:proofErr w:type="gramEnd"/>
          <w:r>
            <w:rPr>
              <w:color w:val="5E6A64"/>
              <w:sz w:val="16"/>
            </w:rPr>
            <w:t xml:space="preserve">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5A77"/>
    <w:rsid w:val="00166982"/>
    <w:rsid w:val="001A0FEF"/>
    <w:rsid w:val="001B605C"/>
    <w:rsid w:val="001D62DA"/>
    <w:rsid w:val="0029639D"/>
    <w:rsid w:val="002F5636"/>
    <w:rsid w:val="00326F90"/>
    <w:rsid w:val="003907AA"/>
    <w:rsid w:val="0050202A"/>
    <w:rsid w:val="00513315"/>
    <w:rsid w:val="005E7083"/>
    <w:rsid w:val="006C07D3"/>
    <w:rsid w:val="00781F6A"/>
    <w:rsid w:val="007B7A15"/>
    <w:rsid w:val="0091173C"/>
    <w:rsid w:val="00997247"/>
    <w:rsid w:val="009A4BBC"/>
    <w:rsid w:val="00AA1D8D"/>
    <w:rsid w:val="00B47730"/>
    <w:rsid w:val="00C51460"/>
    <w:rsid w:val="00C54178"/>
    <w:rsid w:val="00CB0664"/>
    <w:rsid w:val="00CC03EE"/>
    <w:rsid w:val="00D74670"/>
    <w:rsid w:val="00D80BBE"/>
    <w:rsid w:val="00EA4A85"/>
    <w:rsid w:val="00EB4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9</cp:revision>
  <dcterms:created xsi:type="dcterms:W3CDTF">2026-10-28T13:28:00Z</dcterms:created>
  <dcterms:modified xsi:type="dcterms:W3CDTF">2026-10-28T13:47:00Z</dcterms:modified>
  <cp:category/>
</cp:coreProperties>
</file>